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יוצאים ליום טיול – מה חשוב לדעת?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טקסט הוראות ולאתר בו פרטים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מבנה הטקסט לפי שלבי הטיול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הסקת מסקנות מתוך הוראות כתובות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לפחות שלושה ליטרים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כפכפים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כל רבע שעה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עם המדריכה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קרם הגנה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שקית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בטקסט נכתב שאסור לקטוף פרחים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נכתב בהוראות במהלך הטיול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צריך לומר מיד למבוגר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בסוף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בטקסט נכתב שאסור להאכיל בעלי חיים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ארוחת בוקר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רחב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כפכפים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מסומן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אשפה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שלבי הטיול וההוראה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(למרוח קרם הגנה)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(שלושה ליטרים 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(נעלי הליכה נוחות)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(ללכת בשביל המסומן)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(לאסוף את כל האשפה)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שלבי הטיול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לאכול ארוחת בוקר ולמרוח קרם הגנה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להכין ציוד - מים, כובע וחטיף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ללכת בשביל המסומן ולשתות מים כל רבע שעה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לאסוף את כל האשפה בסוף הטיול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- חשיבה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יסביר שזה חשוב כדי לא ללכת לאיבוד ולשמור על בטיחות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התלמיד יכתוב על שמירה על הטבע וכבוד לסביבה ולמטיילים הבאים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מזכיר לפחות שני פריטים מהרשימה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עונה שהכפכפים לא בטוחים להליכה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עונה שצריך לומר מיד למבוגר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הטקסט בקול לפני התחלת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לחלק את הטקסט לפי הכותרות (לפני, מה להביא, מה ללבוש) כדי להקל על ההתמצאות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לעודד שיתוף בעל פה לפני הכתיבה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יוצאים ליום טיול – מה חשוב לדעת?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הבנת נקרא על פי טקסט הנחיות לקראת יום טיול בנחל. נקרא בעיון ונחפש פרטים חשובים.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מים צריך להביא לטיול?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ליטר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בקבוק קטן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לפחות שלושה ליטרים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צורך במים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לא כדאי לנעול בטיול?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נעלי הליכה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כפכפים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נעליים סגורות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נעליים נוחות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כל כמה זמן צריך לשתות מים במהלך הטיול?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 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כשצמאים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 רבע 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פעם ביום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עם מי צריך לשמור על קשר עין בטיול?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עם 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עם המדריכה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עם ההורים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עם בעלי 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צריך למרוח לפני היציאה לטיול?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קרם 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משחת שיניים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שמפו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צריך להביא לאיסוף אשפה?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כפפות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שקית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מגבת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לקטוף פרחים בטיול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צריך ללכת רק בשביל המסומן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מישהו מרגיש לא טוב צריך להמשיך ללכת ולא להגיד לאף אחד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הטיול משאירים את הנחל נקי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להאכיל בעלי חיים בנחל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היציאה כדאי לאכול __________ טובה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צריך להביא כובע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אסור לבוא לטיול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צריך ללכת בשביל ה__________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בסוף הטיול אוספים את כל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שלבי הטיול וההוראה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לפני היציאה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ללכת בשביל המסומן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מה להביא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למרוח קרם הגנה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מה ללבוש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לאסוף את כל האשפה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במהלך הטיול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שלושה ליטרים 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בסוף הטיול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נעלי הליכה נוחות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- שלבי הטיול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לאסוף את כל האשפה בסוף הטיול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ללכת בשביל המסומן ולשתות מים כל רבע שעה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להכין ציוד - מים, כובע וחטיף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לאכול ארוחת בוקר ולמרוח קרם הגנה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- חשיבה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בשלושה משפטים מדוע חשוב לשמור על קשר עין עם המדריכה בטיול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לדעתכם, מדוע חשוב להשאיר את הנחל נקי יותר ממה שמצאנו אותו? כתבו את דעתכם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צריך להביא לטיול?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אסור לבוא בכפכפים?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אם מישהו מרגיש לא טוב בטיול?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יוצאים ליום טיול – מה חשוב לדעת?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