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ליום טיול – מה חשוב לדעת?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הוראות ולאתר בו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לפי שלבי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הוראות 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לפחות שלושה ליטרים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כפכפים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רבע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עם המדריכה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קרם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שאסור לקטוף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בהוראות במהלך הטיול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לומר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נכתב שאסור להאכיל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כפכפים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הטיול וההוראה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(למרוח קרם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(שלושה ליטרים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(נעלי הליכה נוחות)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(ללכת בשביל המסומן)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(לאסוף את כל האשפה)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לאכול ארוחת בוקר ולמרוח קרם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ציוד - מים, כובע וחטיף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ללכת בשביל המסומן ולשתות מים כל רבע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לאסוף את כל האשפה בסוף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שזה חשוב כדי לא ללכת לאיבוד ולשמור על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על שמירה על הטבע וכבוד לסביבה ולמטיילים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שני פריטים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שהכפכפים לא בטוחים להליכה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שצריך לומר מיד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התחלת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הטקסט לפי הכותרות (לפני, מה להביא, מה ללבוש) כדי להקל על ההתמצאות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ליום טיול – מה חשוב לדעת?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 על טיול בנחל. קוראים טוב ועונים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שאומרים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קרם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קרם ששמים על העור נגד 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מסומן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הליכה עם סימונים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ולראות, לא להתרחק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קטן לנשנוש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שמוביל ומלווה בטיול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זבל שצריך לאסוף ולזרוק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מים צריך לקחת?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ליטר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בקבוק קטן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לפחות שלושה ליטרים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אסור לנעול?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 סגורות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 נוחות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 כמה זמן שותים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כשצמאים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מי שומרים עין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המדריכה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על העור לפני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קרם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אוספים את הזבל?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פרחים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ללכת רק בשביל המסומן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מרגיש לא טוב צריך להמשיך ללכת ולא להגיד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הטיול משאירים את הנחל נקי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להאכיל בעלי חיים בנחל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היציאה כדאי לאכול __________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להביא כובע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לבוא לטיול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ללכת בשביל ה__________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הטיול אוספים את כל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שלבי הטיול וההוראה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לאסוף את כל האשפה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להביא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ללכת בשביל המסומן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ללבוש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למרוח קרם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במהלך הטיול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ליטרים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בסוף הטיול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נעלי הליכה נוחות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בשביל המסומן ולשתות מים כל רבע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את כל האשפה בסוף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לאכול ארוחת בוקר ולמרוח קרם הגנה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ציוד - מים, כובע וחטיף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בשלושה משפטים מדוע חשוב לשמור על קשר עין עם המדריכה בטיול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מדוע חשוב להשאיר את הנחל נקי יותר ממה שמצאנו אותו? כתבו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להביא לטיול?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אסור לבוא בכפכפים?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מישהו מרגיש לא טוב בטיול?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ליום טיול – מה חשוב לדעת?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