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ליום טיול – מה חשוב לדעת?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הוראות ולאתר בו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הטקסט לפי שלבי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הוראות 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לפחות שלושה ליטרים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כפכפים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כל רבע 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שאסור לקטוף פרחים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בהוראות במהלך הטיול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לומר מיד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כפכפים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שלבי הטיול וההוראה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(למרוח קרם 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(שלושה ליטרים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(נעלי הליכה נוחות)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(ללכת בשביל המסומן)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לאכול ארוחת בוקר ולמרוח קרם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ציוד - מים, כובע וחטיף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ללכת בשביל המסומן ולשתות מים כל רבע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לאסוף את כל האשפה בסוף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שזה חשוב כדי לא ללכת לאיבוד ולשמור על 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לפחות שני פריטים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שהכפכפים לא בטוחים להליכה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שצריך לומר מיד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התחלת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הטקסט לפי הכותרות (לפני, מה להביא, מה ללבוש) כדי להקל על ההתמצאות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ליום טיול – מה חשוב לדעת?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הבנת נקרא על פי טקסט הנחיות לקראת יום טיול בנחל. נקרא בעיון ונחפש פרטים חשובים.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רחב  ·  כפכפים  ·  ארוחת בוקר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מים צריך להביא לטיול?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ליטר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בקבוק קטן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לפחות שלושה ליטרים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לא כדאי לנעול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נעלי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כפכפים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נעליים סגורות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כל כמה זמן צריך לשתות מים במהלך הטיול?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כשצמאים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רבע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לקטוף פרחים בטיול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ללכת רק בשביל המסומן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מישהו מרגיש לא טוב צריך להמשיך ללכת ולא להגיד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היציאה כדאי לאכול __________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צריך להביא כובע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אסור לבוא לטיול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שלבי הטיול וההוראה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 היציאה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שלושה ליטרים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להביא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ללכת בשביל המסומן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מה ללבוש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למרוח קרם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במהלך הטיול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נעלי הליכה נוחות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הטיול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ציוד - מים, כובע וחטיף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ללכת בשביל המסומן ולשתות מים כל רבע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לאסוף את כל האשפה בסוף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לאכול ארוחת בוקר ולמרוח קרם הגנה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-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בשלושה משפטים מדוע חשוב לשמור על קשר עין עם המדריכה בטיול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צריך להביא לטיול?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אסור לבוא בכפכפים?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ליום טיול – מה חשוב לדעת?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